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standalone="yes"?>
<w:document xmlns:w="http://schemas.openxmlformats.org/wordprocessingml/2006/main">
<w:body>
<w:p><w:pPr><w:pStyle w:val="Title"/><w:jc w:val="center"/></w:pPr><w:r><w:rPr><w:b/><w:sz w:val="36"/><w:color w:val="0F766E"/></w:rPr><w:t>[NAMA BISNIS / BRAND ANDA]</w:t></w:r></w:p>
<w:p><w:pPr><w:pStyle w:val="Subtitle"/><w:jc w:val="center"/></w:pPr><w:r><w:rPr><w:b/><w:sz w:val="24"/><w:color w:val="0284C7"/></w:rPr><w:t>WHATSAPP AI BOT TRAINING & KNOWLEDGE BASE GUIDE</w:t></w:r></w:p>
<w:p><w:r><w:t>Panduan Resmi Wahnotif AI Agent — Customer Service, Info Produk, Transaksi & SOP</w:t></w:r></w:p>
<w:p><w:r><w:t>VERSI 1.0 — 2026 | DOKUMEN RESMI PELATIHAN AI BOT</w:t></w:r></w:p>
<w:p><w:r><w:t>━━━━━━━━━━━━━━━━━━━━━━━━━━━━━━━━━━━━━━━━━━━━━━━━━━━━━━━━━━━━━</w:t></w:r></w:p>
<w:p><w:pPr><w:pStyle w:val="Heading1"/><w:spacing w:before="240" w:after="120"/></w:pPr><w:r><w:rPr><w:b/><w:sz w:val="26"/><w:color w:val="0F766E"/></w:rPr><w:t>🎯 TUJUAN DOKUMEN</w:t></w:r></w:p>
<w:p><w:r><w:t>Dokumen ini dibuat sebagai acuan utama (Source of Truth) untuk melatih AI Bot WhatsApp bisnis Anda agar mampu merespons pertanyaan pelanggan secara akurat, cepat, hangat, dan tidak berhalusinasi atau salah harga.</w:t></w:r></w:p>
<w:p><w:r><w:t>Petunjuk Pengisian: Ganti teks di dalam tanda kurung [ ... ] dengan data resmi bisnis Anda, lalu simpan file ini dan unggah langsung ke Dashboard Wahnotif di tab AI Assistant.</w:t></w:r></w:p>
<w:p><w:r><w:t></w:t></w:r></w:p>
<w:p><w:pPr><w:pStyle w:val="Heading1"/><w:spacing w:before="240" w:after="120"/></w:pPr><w:r><w:rPr><w:b/><w:sz w:val="26"/><w:color w:val="0F766E"/></w:rPr><w:t>1. PROFIL & INFORMASI BISNIS</w:t></w:r></w:p>
<w:p><w:r><w:t>• Nama Bisnis / Brand : [Contoh: Toko Hijab Alila / PT Sinar Solusi / Dapur Nusantara]</w:t></w:r></w:p>
<w:p><w:r><w:t>• Kategori / Bidang Usaha : [Fashion / F&B / Klinik / Servis Elektronik / Jasa / dsb]</w:t></w:r></w:p>
<w:p><w:r><w:t>• Jam Operasional CS : [Contoh: Senin - Sabtu (08.00 - 20.00 WIB), Minggu & Tanggal Merah Libur]</w:t></w:r></w:p>
<w:p><w:r><w:t>• Alamat Toko / Kantor : [Contoh: Jl. Sukajadi No. 123, Bandung, Jawa Barat]</w:t></w:r></w:p>
<w:p><w:r><w:t>• Website / Link Sosmed : [https://tokosaya.com / Instagram: @tokosaya]</w:t></w:r></w:p>
<w:p><w:r><w:t>• Kontak Darurat PIC / Owner : [WhatsApp 081234567890]</w:t></w:r></w:p>
<w:p><w:r><w:t></w:t></w:r></w:p>
<w:p><w:pPr><w:pStyle w:val="Heading1"/><w:spacing w:before="240" w:after="120"/></w:pPr><w:r><w:rPr><w:b/><w:sz w:val="26"/><w:color w:val="0F766E"/></w:rPr><w:t>2. PERSONA & GAYA BAHASA AI BOT</w:t></w:r></w:p>
<w:p><w:r><w:t>• Nama Sapaan Agen CS : [Contoh: Admin Wibi / Sarah / Kak Maya]</w:t></w:r></w:p>
<w:p><w:r><w:t>• Panggilan ke Pelanggan : [Kak / Sis / Mas / Bapak / Ibu]</w:t></w:r></w:p>
<w:p><w:r><w:t>• Karakter & Nada Bicara : [Ramah, sopan, antusias, solutif, menggunakan emoji secukupnya 😊]</w:t></w:r></w:p>
<w:p><w:r><w:t>• Format Respon : [Singkat, padat, dan langsung menjawab pertanyaan pelanggan tanpa berbelit-belit]</w:t></w:r></w:p>
<w:p><w:r><w:t></w:t></w:r></w:p>
<w:p><w:pPr><w:pStyle w:val="Heading1"/><w:spacing w:before="240" w:after="120"/></w:pPr><w:r><w:rPr><w:b/><w:sz w:val="26"/><w:color w:val="0F766E"/></w:rPr><w:t>3. KATALOG PRODUK, LAYANAN & DAFTAR HARGA</w:t></w:r></w:p>
<w:p><w:r><w:t>Cantumkan daftar seluruh produk atau jasa yang Anda tawarkan beserta harga resminya:</w:t></w:r></w:p>
<w:p><w:r><w:t>1. [Produk 1 - Contoh: Paket Hijab Premium]</w:t></w:r></w:p>
<w:p><w:r><w:t>   - Harga: Rp [150.000]</w:t></w:r></w:p>
<w:p><w:r><w:t>   - Varian / Ukuran: [S, M, L, XL - Warna: Hitam, Mocca, Sage, Navy]</w:t></w:r></w:p>
<w:p><w:r><w:t>   - Keunggulan: [Bahan adem, lembut, tidak menerawang, jahitan rapi]</w:t></w:r></w:p>
<w:p><w:r><w:t></w:t></w:r></w:p>
<w:p><w:r><w:t>2. [Produk 2 - Contoh: Paket Bundling 3 Pcs]</w:t></w:r></w:p>
<w:p><w:r><w:t>   - Harga: Rp [399.000 (Hemat Rp 51.000)]</w:t></w:r></w:p>
<w:p><w:r><w:t>   - Benefit: [Gratis pouch eksklusif dan ongkir s.d Rp 20.000]</w:t></w:r></w:p>
<w:p><w:r><w:t></w:t></w:r></w:p>
<w:p><w:r><w:t>3. [Layanan / Jasa - Contoh: Konsultasi / Servis Rutin]</w:t></w:r></w:p>
<w:p><w:r><w:t>   - Biaya: Rp [75.000 / sesi]</w:t></w:r></w:p>
<w:p><w:r><w:t>   - Durasi & Jadwal: [30 Menit - Booking H-1]</w:t></w:r></w:p>
<w:p><w:r><w:t></w:t></w:r></w:p>
<w:p><w:pPr><w:pStyle w:val="Heading1"/><w:spacing w:before="240" w:after="120"/></w:pPr><w:r><w:rPr><w:b/><w:sz w:val="26"/><w:color w:val="0F766E"/></w:rPr><w:t>4. METODE PEMBAYARAN & REKENING RESMI</w:t></w:r></w:p>
<w:p><w:r><w:t>Daftar rekening resmi untuk menerima pembayaran transfer:</w:t></w:r></w:p>
<w:p><w:r><w:t>• Bank BCA: [1234567890] a/n [NAMA PEMILIK REKENING]</w:t></w:r></w:p>
<w:p><w:r><w:t>• Bank Mandiri: [9876543210] a/n [NAMA PEMILIK REKENING]</w:t></w:r></w:p>
<w:p><w:r><w:t>• QRIS: [Tersedia QRIS All Payment - Hubungi admin untuk scan barcode]</w:t></w:r></w:p>
<w:p><w:r><w:t>• Pembayaran COD: [Hanya melayani COD via marketplace Shopee/Tokopedia]</w:t></w:r></w:p>
<w:p><w:r><w:t>⚠️ Peringatan Keamanan: Toko kami HANYA menggunakan rekening resmi atas nama di atas. Waspada penipuan yang mengatasnamakan toko kami.</w:t></w:r></w:p>
<w:p><w:r><w:t></w:t></w:r></w:p>
<w:p><w:pPr><w:pStyle w:val="Heading1"/><w:spacing w:before="240" w:after="120"/></w:pPr><w:r><w:rPr><w:b/><w:sz w:val="26"/><w:color w:val="0F766E"/></w:rPr><w:t>5. KETENTUAN PENGIRIMAN, GARANSI & KEBIJAKAN TOKO</w:t></w:r></w:p>
<w:p><w:r><w:t>• Ekspedisi Pengiriman : [JNE, J&T, SiCepat, GoSend / GrabExpress]</w:t></w:r></w:p>
<w:p><w:r><w:t>• Batas Waktu Order : [Pesanan masuk sebelum pukul 15.00 WIB dikirim di hari yang sama]</w:t></w:r></w:p>
<w:p><w:r><w:t>• Asal Pengiriman : [Dikirim dari Gudang Bandung / Jakarta]</w:t></w:r></w:p>
<w:p><w:r><w:t>• Kebijakan Garansi & Retur : [Garansi ganti baru 3 hari jika produk cacat/salah kirim, wajib sertakan video unboxing]</w:t></w:r></w:p>
<w:p><w:r><w:t>• Ketentuan Pembatalan / Reschedule : [Konfirmasi maksimal 12 jam sebelum jadwal pengiriman/sesi]</w:t></w:r></w:p>
<w:p><w:r><w:t></w:t></w:r></w:p>
<w:p><w:pPr><w:pStyle w:val="Heading1"/><w:spacing w:before="240" w:after="120"/></w:pPr><w:r><w:rPr><w:b/><w:sz w:val="26"/><w:color w:val="0F766E"/></w:rPr><w:t>6. BANK PERTANYAAN & JAWABAN (OFFICIAL FAQ)</w:t></w:r></w:p>
<w:p><w:r><w:t>Q1: Apakah produk ini ready stock?</w:t></w:r></w:p>
<w:p><w:r><w:t>A1: Ya Kak, produk di etalase kami selalu ready stock dan siap kirim setiap hari kerja.</w:t></w:r></w:p>
<w:p><w:r><w:t></w:t></w:r></w:p>
<w:p><w:r><w:t>Q2: Bagaimana cara melakukan pemesanan?</w:t></w:r></w:p>
<w:p><w:r><w:t>A2: Cukup sebutkan nama produk, ukuran/varian, dan alamat pengiriman. CS kami akan segera membuatkan rincian total dan link/rekening pembayaran.</w:t></w:r></w:p>
<w:p><w:r><w:t></w:t></w:r></w:p>
<w:p><w:r><w:t>Q3: Berapa lama waktu pengiriman ke rumah saya?</w:t></w:r></w:p>
<w:p><w:r><w:t>A3: Untuk wilayah Jabodetabek & Pulau Jawa estimasi 1-3 hari kerja, sedangkan luar Pulau Jawa 3-5 hari kerja tergantung ekspedisi yang dipilih.</w:t></w:r></w:p>
<w:p><w:r><w:t></w:t></w:r></w:p>
<w:p><w:r><w:t>Q4: Apakah bisa minta foto asli (real pict) produk?</w:t></w:r></w:p>
<w:p><w:r><w:t>A4: Seluruh foto produk kami 100% foto asli. Kami juga dapat mengirimkan foto detail varian warna yang Kakak minati.</w:t></w:r></w:p>
<w:p><w:r><w:t></w:t></w:r></w:p>
<w:p><w:r><w:t>Q5: Apakah ada promo diskon atau voucher saat ini?</w:t></w:r></w:p>
<w:p><w:r><w:t>A5: [Sebutkan promo aktif jika ada, misalnya: Diskon 10% untuk pembelian minimal 2 pcs hari ini].</w:t></w:r></w:p>
<w:p><w:r><w:t></w:t></w:r></w:p>
<w:p><w:pPr><w:pStyle w:val="Heading1"/><w:spacing w:before="240" w:after="120"/></w:pPr><w:r><w:rPr><w:b/><w:sz w:val="26"/><w:color w:val="0F766E"/></w:rPr><w:t>7. SOP ESKALASI KE CS MANUSIA & BATASAN (DO'S & DON'TS)</w:t></w:r></w:p>
<w:p><w:r><w:t>Kapan Bot WAJIB mengalihkan chat ke Admin Manusia:</w:t></w:r></w:p>
<w:p><w:r><w:t>• Pelanggan menyampaikan keluhan/komplain barang rusak atau kendala pesanan.</w:t></w:r></w:p>
<w:p><w:r><w:t>• Pelanggan ingin bermitra, menjadi reseller, atau memesan dalam jumlah partai besar (grosir).</w:t></w:r></w:p>
<w:p><w:r><w:t>• Pelanggan secara eksplisit meminta berbicara langsung dengan manusia/owner.</w:t></w:r></w:p>
<w:p><w:r><w:t></w:t></w:r></w:p>
<w:p><w:r><w:t>DO'S (Wajib Dilakukan Bot):</w:t></w:r></w:p>
<w:p><w:r><w:t>• Selalu bersikap sopan, hangat, dan memberikan apresiasi saat pelanggan menyapa.</w:t></w:r></w:p>
<w:p><w:r><w:t>• Memberikan informasi harga dan spesifikasi secara tepat sesuai data resmi di atas.</w:t></w:r></w:p>
<w:p><w:r><w:t>• Mengarahkan pelanggan dengan jelas cara transfer dan konfirmasi pembayaran.</w:t></w:r></w:p>
<w:p><w:r><w:t></w:t></w:r></w:p>
<w:p><w:r><w:t>DON'TS (DILARANG Dilakukan Bot):</w:t></w:r></w:p>
<w:p><w:r><w:t>• DILARANG mengarang harga atau menjanjikan diskon yang tidak terdaftar di dokumen ini.</w:t></w:r></w:p>
<w:p><w:r><w:t>• DILARANG memberikan nomor rekening selain nomor rekening resmi di atas.</w:t></w:r></w:p>
<w:p><w:r><w:t>• DILARANG berdebat atau bersikap kaku kepada pelanggan.</w:t></w:r></w:p>
<w:p><w:r><w:t>━━━━━━━━━━━━━━━━━━━━━━━━━━━━━━━━━━━━━━━━━━━━━━━━━━━━━━━━━━━━━</w:t></w:r></w:p>
<w:p><w:r><w:t>Generated for Wahnotif AI Assistant Platform • https://wahnotif.com</w:t></w:r></w:p>
<w:sectPr><w:pgSz w:w="11906" w:h="16838"/><w:pgMar w:top="1440" w:right="1440" w:bottom="1440" w:left="1440"/></w:sectPr>
</w:body></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E6E6E"/>
        <w:sz w:val="15"/>
      </w:rPr>
      <w:t>MIRACLE Pictures • Internal Working Document • v1.0 • 18 Oktober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646464"/>
        <w:sz w:val="15"/>
      </w:rPr>
      <w:t>PIYE TO KIH? — WHATSAPP AI BOT TRAINING &amp; KNOWLEDGE BASE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82D4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2D5B8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6A355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82D4C"/>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